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rFonts w:ascii="PingFang SC" w:hAnsi="PingFang SC" w:eastAsia="PingFang SC" w:cs="PingFang SC"/>
        </w:rPr>
        <w:t>保姆级Docker安装+镜像加速 计算机系必备技能 (中文)</w:t>
      </w:r>
    </w:p>
    <w:p>
      <w:pPr>
        <w:spacing w:before="160" w:after="160"/>
        <w:jc w:val="center"/>
      </w:pPr>
      <w:r>
        <w:rPr>
          <w:rFonts w:ascii="PingFang SC" w:hAnsi="PingFang SC" w:eastAsia="PingFang SC" w:cs="PingFang SC"/>
          <w:color w:val="CCCCCC"/>
          <w:sz w:val="20"/>
        </w:rPr>
        <w:t>──────────────────────────────</w:t>
      </w:r>
    </w:p>
    <w:p>
      <w:pPr>
        <w:spacing w:before="160" w:after="160"/>
        <w:jc w:val="center"/>
      </w:pPr>
      <w:r>
        <w:rPr>
          <w:rFonts w:ascii="PingFang SC" w:hAnsi="PingFang SC" w:eastAsia="PingFang SC" w:cs="PingFang SC"/>
          <w:color w:val="CCCCCC"/>
          <w:sz w:val="20"/>
        </w:rPr>
        <w:t>──────────────────────────────</w:t>
      </w:r>
    </w:p>
    <w:p>
      <w:pPr>
        <w:pStyle w:val="Heading2"/>
      </w:pPr>
      <w:r>
        <w:rPr>
          <w:rFonts w:ascii="PingFang SC" w:hAnsi="PingFang SC" w:eastAsia="PingFang SC" w:cs="PingFang SC"/>
        </w:rPr>
        <w:t>开场：为什么要用 Docker</w:t>
      </w:r>
    </w:p>
    <w:p>
      <w:pPr>
        <w:ind w:firstLine="454"/>
      </w:pPr>
      <w:r>
        <w:rPr>
          <w:rFonts w:ascii="PingFang SC" w:hAnsi="PingFang SC" w:eastAsia="PingFang SC" w:cs="PingFang SC"/>
        </w:rPr>
        <w:t>今天做一个保姆级的 Docker 安装和配置教程。Docker 其实是用来运行你各种开发应用的，然后有的人就会说，那我直接在自己电脑上面运行不就可以了吗，为什么要用 Docker？</w:t>
      </w:r>
    </w:p>
    <w:p>
      <w:pPr>
        <w:ind w:firstLine="454"/>
      </w:pPr>
      <w:r>
        <w:rPr>
          <w:rFonts w:ascii="PingFang SC" w:hAnsi="PingFang SC" w:eastAsia="PingFang SC" w:cs="PingFang SC"/>
        </w:rPr>
        <w:t>这个问题我的理解，通俗来讲，其实就是</w:t>
      </w:r>
      <w:r>
        <w:rPr>
          <w:rFonts w:ascii="PingFang SC" w:hAnsi="PingFang SC" w:eastAsia="PingFang SC" w:cs="PingFang SC"/>
          <w:b/>
        </w:rPr>
        <w:t>火锅跟麻辣烫的区别</w:t>
      </w:r>
      <w:r>
        <w:rPr>
          <w:rFonts w:ascii="PingFang SC" w:hAnsi="PingFang SC" w:eastAsia="PingFang SC" w:cs="PingFang SC"/>
        </w:rPr>
        <w:t>。</w:t>
      </w:r>
    </w:p>
    <w:p>
      <w:pPr>
        <w:ind w:firstLine="454"/>
      </w:pPr>
      <w:r>
        <w:rPr>
          <w:rFonts w:ascii="PingFang SC" w:hAnsi="PingFang SC" w:eastAsia="PingFang SC" w:cs="PingFang SC"/>
        </w:rPr>
        <w:t>你在自己电脑上面运行这些应用的时候，就相当于是你跟朋友去吃火锅，在火锅里面涮菜。那如果你把应用放在 Docker 里面运行的话，其实就相当于是吃麻辣烫——你可以自己决定锅底，你的这个容器里面只需要有你这个应用需要的一些依赖和工具就好了，不会打架。</w:t>
      </w:r>
    </w:p>
    <w:p>
      <w:pPr>
        <w:ind w:firstLine="454"/>
      </w:pPr>
      <w:r>
        <w:rPr>
          <w:rFonts w:ascii="PingFang SC" w:hAnsi="PingFang SC" w:eastAsia="PingFang SC" w:cs="PingFang SC"/>
        </w:rPr>
        <w:t>那火锅嘛，就是你肉跟菜串在一起，它可能会串味。你好几个应用放在一起运行，有的时候也会因为兼容性的问题，或者是那些安装包依赖特别复杂，就会打架。</w:t>
      </w:r>
    </w:p>
    <w:p>
      <w:pPr>
        <w:spacing w:before="160" w:after="160"/>
        <w:jc w:val="center"/>
      </w:pPr>
      <w:r>
        <w:rPr>
          <w:rFonts w:ascii="PingFang SC" w:hAnsi="PingFang SC" w:eastAsia="PingFang SC" w:cs="PingFang SC"/>
          <w:color w:val="CCCCCC"/>
          <w:sz w:val="20"/>
        </w:rPr>
        <w:t>──────────────────────────────</w:t>
      </w:r>
    </w:p>
    <w:p>
      <w:pPr>
        <w:pStyle w:val="Heading2"/>
      </w:pPr>
      <w:r>
        <w:rPr>
          <w:rFonts w:ascii="PingFang SC" w:hAnsi="PingFang SC" w:eastAsia="PingFang SC" w:cs="PingFang SC"/>
        </w:rPr>
        <w:t>Mac 安装 Docker</w:t>
      </w:r>
    </w:p>
    <w:p>
      <w:pPr>
        <w:ind w:firstLine="454"/>
      </w:pPr>
      <w:r>
        <w:rPr>
          <w:rFonts w:ascii="PingFang SC" w:hAnsi="PingFang SC" w:eastAsia="PingFang SC" w:cs="PingFang SC"/>
        </w:rPr>
        <w:t xml:space="preserve">然后我们来说一下怎么安装 Docker。如果你是 Mac 的同学，安装 Docker 就很简单，就是用一个叫做 </w:t>
      </w:r>
      <w:r>
        <w:rPr>
          <w:rFonts w:ascii="PingFang SC" w:hAnsi="PingFang SC" w:eastAsia="PingFang SC" w:cs="PingFang SC"/>
          <w:b/>
        </w:rPr>
        <w:t>Homebrew</w:t>
      </w:r>
      <w:r>
        <w:rPr>
          <w:rFonts w:ascii="PingFang SC" w:hAnsi="PingFang SC" w:eastAsia="PingFang SC" w:cs="PingFang SC"/>
        </w:rPr>
        <w:t xml:space="preserve"> 的工具。这个软件你只需要用命令去让它安装就行了，就很方便，然后环境变量也给你配置好。</w:t>
      </w:r>
    </w:p>
    <w:p>
      <w:pPr>
        <w:pStyle w:val="Quote"/>
      </w:pPr>
      <w:r>
        <w:rPr>
          <w:rFonts w:ascii="PingFang SC" w:hAnsi="PingFang SC" w:eastAsia="PingFang SC" w:cs="PingFang SC"/>
        </w:rPr>
        <w:t>反正我就很推荐装这个东西，也很简单。你只要去打开你 Mac 的终端，把那个命令复制在终端里面运行一下，它就会自动给你安装好。</w:t>
      </w:r>
    </w:p>
    <w:p>
      <w:pPr>
        <w:ind w:firstLine="454"/>
      </w:pPr>
      <w:r>
        <w:rPr>
          <w:rFonts w:ascii="PingFang SC" w:hAnsi="PingFang SC" w:eastAsia="PingFang SC" w:cs="PingFang SC"/>
        </w:rPr>
        <w:t>运行完了之后，你就去运行安装 Docker 的命令，就可以安装好了，然后就不需要去配什么东西了。</w:t>
      </w:r>
    </w:p>
    <w:p>
      <w:pPr>
        <w:spacing w:before="160" w:after="160"/>
        <w:jc w:val="center"/>
      </w:pPr>
      <w:r>
        <w:rPr>
          <w:rFonts w:ascii="PingFang SC" w:hAnsi="PingFang SC" w:eastAsia="PingFang SC" w:cs="PingFang SC"/>
          <w:color w:val="CCCCCC"/>
          <w:sz w:val="20"/>
        </w:rPr>
        <w:t>──────────────────────────────</w:t>
      </w:r>
    </w:p>
    <w:p>
      <w:pPr>
        <w:pStyle w:val="Heading2"/>
      </w:pPr>
      <w:r>
        <w:rPr>
          <w:rFonts w:ascii="PingFang SC" w:hAnsi="PingFang SC" w:eastAsia="PingFang SC" w:cs="PingFang SC"/>
        </w:rPr>
        <w:t>Windows 安装 Docker</w:t>
      </w:r>
    </w:p>
    <w:p>
      <w:pPr>
        <w:ind w:firstLine="454"/>
      </w:pPr>
      <w:r>
        <w:rPr>
          <w:rFonts w:ascii="PingFang SC" w:hAnsi="PingFang SC" w:eastAsia="PingFang SC" w:cs="PingFang SC"/>
        </w:rPr>
        <w:t xml:space="preserve">那如果是 Windows 的同学就比较麻烦了。你需要去下载 </w:t>
      </w:r>
      <w:r>
        <w:rPr>
          <w:rFonts w:ascii="PingFang SC" w:hAnsi="PingFang SC" w:eastAsia="PingFang SC" w:cs="PingFang SC"/>
          <w:b/>
        </w:rPr>
        <w:t>Docker Desktop</w:t>
      </w:r>
      <w:r>
        <w:rPr>
          <w:rFonts w:ascii="PingFang SC" w:hAnsi="PingFang SC" w:eastAsia="PingFang SC" w:cs="PingFang SC"/>
        </w:rPr>
        <w:t>，选择对应版本安装就很简单，不需要改任何的预设，一路点确认就好了。</w:t>
      </w:r>
    </w:p>
    <w:p>
      <w:pPr>
        <w:ind w:firstLine="454"/>
      </w:pPr>
      <w:r>
        <w:rPr>
          <w:rFonts w:ascii="PingFang SC" w:hAnsi="PingFang SC" w:eastAsia="PingFang SC" w:cs="PingFang SC"/>
        </w:rPr>
        <w:t xml:space="preserve">但是安装完了之后就没有那么简单了。你首先要去安装一个叫做 </w:t>
      </w:r>
      <w:r>
        <w:rPr>
          <w:rFonts w:ascii="PingFang SC" w:hAnsi="PingFang SC" w:eastAsia="PingFang SC" w:cs="PingFang SC"/>
          <w:b/>
        </w:rPr>
        <w:t>WSL</w:t>
      </w:r>
      <w:r>
        <w:rPr>
          <w:rFonts w:ascii="PingFang SC" w:hAnsi="PingFang SC" w:eastAsia="PingFang SC" w:cs="PingFang SC"/>
        </w:rPr>
        <w:t xml:space="preserve"> 的东西。为什么需要安装这个呢？是因为 Docker 和虚拟机差不多，它的内核是运行在 Linux 操作系统里面的，但是我们是 Windows，所以你就需要安装一下，就相当于是给你电脑里面装一个 Linux 虚拟机。</w:t>
      </w:r>
    </w:p>
    <w:p>
      <w:pPr>
        <w:pStyle w:val="Heading3"/>
      </w:pPr>
      <w:r>
        <w:rPr>
          <w:rFonts w:ascii="PingFang SC" w:hAnsi="PingFang SC" w:eastAsia="PingFang SC" w:cs="PingFang SC"/>
        </w:rPr>
        <w:t>安装 WSL 的步骤</w:t>
      </w:r>
    </w:p>
    <w:p>
      <w:pPr>
        <w:ind w:firstLine="454"/>
      </w:pPr>
      <w:r>
        <w:rPr>
          <w:rFonts w:ascii="PingFang SC" w:hAnsi="PingFang SC" w:eastAsia="PingFang SC" w:cs="PingFang SC"/>
        </w:rPr>
        <w:t>首先你要去</w:t>
      </w:r>
      <w:r>
        <w:rPr>
          <w:rFonts w:ascii="PingFang SC" w:hAnsi="PingFang SC" w:eastAsia="PingFang SC" w:cs="PingFang SC"/>
          <w:b/>
        </w:rPr>
        <w:t>控制面板</w:t>
      </w:r>
      <w:r>
        <w:rPr>
          <w:rFonts w:ascii="PingFang SC" w:hAnsi="PingFang SC" w:eastAsia="PingFang SC" w:cs="PingFang SC"/>
        </w:rPr>
        <w:t>，然后在程序里面，点</w:t>
      </w:r>
      <w:r>
        <w:rPr>
          <w:rFonts w:ascii="PingFang SC" w:hAnsi="PingFang SC" w:eastAsia="PingFang SC" w:cs="PingFang SC"/>
          <w:b/>
        </w:rPr>
        <w:t>启用或关闭 Windows 功能</w:t>
      </w:r>
      <w:r>
        <w:rPr>
          <w:rFonts w:ascii="PingFang SC" w:hAnsi="PingFang SC" w:eastAsia="PingFang SC" w:cs="PingFang SC"/>
        </w:rPr>
        <w:t>。这个关闭的功能可能不太一样，每个 Windows 10、Windows 11，还有专业版跟家庭版，它需要打开的功能都不太一样。</w:t>
      </w:r>
    </w:p>
    <w:p>
      <w:pPr>
        <w:pStyle w:val="Quote"/>
      </w:pPr>
      <w:r>
        <w:rPr>
          <w:rFonts w:ascii="PingFang SC" w:hAnsi="PingFang SC" w:eastAsia="PingFang SC" w:cs="PingFang SC"/>
        </w:rPr>
        <w:t xml:space="preserve">Windows 11 家庭版需要打开 </w:t>
      </w:r>
      <w:r>
        <w:rPr>
          <w:rFonts w:ascii="PingFang SC" w:hAnsi="PingFang SC" w:eastAsia="PingFang SC" w:cs="PingFang SC"/>
          <w:b/>
        </w:rPr>
        <w:t>Virtual Machine Platform</w:t>
      </w:r>
      <w:r>
        <w:rPr>
          <w:rFonts w:ascii="PingFang SC" w:hAnsi="PingFang SC" w:eastAsia="PingFang SC" w:cs="PingFang SC"/>
        </w:rPr>
        <w:t xml:space="preserve"> 还有</w:t>
      </w:r>
      <w:r>
        <w:rPr>
          <w:rFonts w:ascii="PingFang SC" w:hAnsi="PingFang SC" w:eastAsia="PingFang SC" w:cs="PingFang SC"/>
          <w:b/>
        </w:rPr>
        <w:t>适用于 Linux 的 Windows 子系统</w:t>
      </w:r>
      <w:r>
        <w:rPr>
          <w:rFonts w:ascii="PingFang SC" w:hAnsi="PingFang SC" w:eastAsia="PingFang SC" w:cs="PingFang SC"/>
        </w:rPr>
        <w:t>。打开之后需要重启一下电脑。</w:t>
      </w:r>
    </w:p>
    <w:p>
      <w:pPr>
        <w:ind w:firstLine="454"/>
      </w:pPr>
      <w:r>
        <w:rPr>
          <w:rFonts w:ascii="PingFang SC" w:hAnsi="PingFang SC" w:eastAsia="PingFang SC" w:cs="PingFang SC"/>
        </w:rPr>
        <w:t>重启完了之后，你就要打开一个终端，记得</w:t>
      </w:r>
      <w:r>
        <w:rPr>
          <w:rFonts w:ascii="PingFang SC" w:hAnsi="PingFang SC" w:eastAsia="PingFang SC" w:cs="PingFang SC"/>
          <w:b/>
        </w:rPr>
        <w:t>用管理员身份运行</w:t>
      </w:r>
      <w:r>
        <w:rPr>
          <w:rFonts w:ascii="PingFang SC" w:hAnsi="PingFang SC" w:eastAsia="PingFang SC" w:cs="PingFang SC"/>
        </w:rPr>
        <w:t>。打开了之后运行一下安装命令，它就会自己安装了。安装完了之后，再设置一下版本就可以了。</w:t>
      </w:r>
    </w:p>
    <w:p>
      <w:pPr>
        <w:pStyle w:val="Heading3"/>
      </w:pPr>
      <w:r>
        <w:rPr>
          <w:rFonts w:ascii="PingFang SC" w:hAnsi="PingFang SC" w:eastAsia="PingFang SC" w:cs="PingFang SC"/>
        </w:rPr>
        <w:t>验证安装成功</w:t>
      </w:r>
    </w:p>
    <w:p>
      <w:pPr>
        <w:ind w:firstLine="454"/>
      </w:pPr>
      <w:r>
        <w:rPr>
          <w:rFonts w:ascii="PingFang SC" w:hAnsi="PingFang SC" w:eastAsia="PingFang SC" w:cs="PingFang SC"/>
        </w:rPr>
        <w:t xml:space="preserve">这个时候你就可以打开刚刚装的那个 Docker 了。打开是这个样子的，基本上能正常打开，然后能看到这里的 </w:t>
      </w:r>
      <w:r>
        <w:rPr>
          <w:rFonts w:ascii="PingFang SC" w:hAnsi="PingFang SC" w:eastAsia="PingFang SC" w:cs="PingFang SC"/>
          <w:b/>
        </w:rPr>
        <w:t>Container</w:t>
      </w:r>
      <w:r>
        <w:rPr>
          <w:rFonts w:ascii="PingFang SC" w:hAnsi="PingFang SC" w:eastAsia="PingFang SC" w:cs="PingFang SC"/>
        </w:rPr>
        <w:t>，就说明你这个 Docker 就安装成功了。</w:t>
      </w:r>
    </w:p>
    <w:p>
      <w:pPr>
        <w:pStyle w:val="Quote"/>
      </w:pPr>
      <w:r>
        <w:rPr>
          <w:rFonts w:ascii="PingFang SC" w:hAnsi="PingFang SC" w:eastAsia="PingFang SC" w:cs="PingFang SC"/>
        </w:rPr>
        <w:t>不放心的话，你就可以回命令行打一下 `docker version`，会显示 Docker 的版本，就相当于是可以用了。</w:t>
      </w:r>
    </w:p>
    <w:p>
      <w:pPr>
        <w:spacing w:before="160" w:after="160"/>
        <w:jc w:val="center"/>
      </w:pPr>
      <w:r>
        <w:rPr>
          <w:rFonts w:ascii="PingFang SC" w:hAnsi="PingFang SC" w:eastAsia="PingFang SC" w:cs="PingFang SC"/>
          <w:color w:val="CCCCCC"/>
          <w:sz w:val="20"/>
        </w:rPr>
        <w:t>──────────────────────────────</w:t>
      </w:r>
    </w:p>
    <w:p>
      <w:pPr>
        <w:pStyle w:val="Heading2"/>
      </w:pPr>
      <w:r>
        <w:rPr>
          <w:rFonts w:ascii="PingFang SC" w:hAnsi="PingFang SC" w:eastAsia="PingFang SC" w:cs="PingFang SC"/>
        </w:rPr>
        <w:t>Docker Desktop 配置</w:t>
      </w:r>
    </w:p>
    <w:p>
      <w:pPr>
        <w:ind w:firstLine="454"/>
      </w:pPr>
      <w:r>
        <w:rPr>
          <w:rFonts w:ascii="PingFang SC" w:hAnsi="PingFang SC" w:eastAsia="PingFang SC" w:cs="PingFang SC"/>
        </w:rPr>
        <w:t xml:space="preserve">这个时候你还需要配置一下。点上面的设置，然后这个地方要把它选成 </w:t>
      </w:r>
      <w:r>
        <w:rPr>
          <w:rFonts w:ascii="PingFang SC" w:hAnsi="PingFang SC" w:eastAsia="PingFang SC" w:cs="PingFang SC"/>
          <w:b/>
        </w:rPr>
        <w:t>WSL 2</w:t>
      </w:r>
      <w:r>
        <w:rPr>
          <w:rFonts w:ascii="PingFang SC" w:hAnsi="PingFang SC" w:eastAsia="PingFang SC" w:cs="PingFang SC"/>
        </w:rPr>
        <w:t>，这个要给它勾上，默认基本上都是勾上的。</w:t>
      </w:r>
    </w:p>
    <w:p>
      <w:pPr>
        <w:ind w:firstLine="454"/>
      </w:pPr>
      <w:r>
        <w:rPr>
          <w:rFonts w:ascii="PingFang SC" w:hAnsi="PingFang SC" w:eastAsia="PingFang SC" w:cs="PingFang SC"/>
        </w:rPr>
        <w:t>然后你可以在这个地方去改一下你 Docker 下载镜像的位置。</w:t>
      </w:r>
    </w:p>
    <w:p>
      <w:pPr>
        <w:pStyle w:val="Quote"/>
      </w:pPr>
      <w:r>
        <w:rPr>
          <w:rFonts w:ascii="PingFang SC" w:hAnsi="PingFang SC" w:eastAsia="PingFang SC" w:cs="PingFang SC"/>
          <w:b/>
        </w:rPr>
        <w:t>不要放在 C 盘，不然会爆炸的。</w:t>
      </w:r>
    </w:p>
    <w:p>
      <w:pPr>
        <w:ind w:firstLine="454"/>
      </w:pPr>
      <w:r>
        <w:rPr>
          <w:rFonts w:ascii="PingFang SC" w:hAnsi="PingFang SC" w:eastAsia="PingFang SC" w:cs="PingFang SC"/>
        </w:rPr>
        <w:t>然后这个地方可以设置一下代理，这个是 Docker 子网的 IP 地址，可能部署 cluster 的时候会有用，基本上不需要关注。</w:t>
      </w:r>
    </w:p>
    <w:p>
      <w:pPr>
        <w:ind w:firstLine="454"/>
      </w:pPr>
      <w:r>
        <w:rPr>
          <w:rFonts w:ascii="PingFang SC" w:hAnsi="PingFang SC" w:eastAsia="PingFang SC" w:cs="PingFang SC"/>
        </w:rPr>
        <w:t xml:space="preserve">你还可以选用不用 </w:t>
      </w:r>
      <w:r>
        <w:rPr>
          <w:rFonts w:ascii="PingFang SC" w:hAnsi="PingFang SC" w:eastAsia="PingFang SC" w:cs="PingFang SC"/>
          <w:b/>
        </w:rPr>
        <w:t>Ubuntu</w:t>
      </w:r>
      <w:r>
        <w:rPr>
          <w:rFonts w:ascii="PingFang SC" w:hAnsi="PingFang SC" w:eastAsia="PingFang SC" w:cs="PingFang SC"/>
        </w:rPr>
        <w:t xml:space="preserve"> 作为 Docker 的内核，不选的话默认 Docker 自己有一个，你也可以把它打开，随便你。</w:t>
      </w:r>
    </w:p>
    <w:p>
      <w:pPr>
        <w:ind w:firstLine="454"/>
      </w:pPr>
      <w:r>
        <w:rPr>
          <w:rFonts w:ascii="PingFang SC" w:hAnsi="PingFang SC" w:eastAsia="PingFang SC" w:cs="PingFang SC"/>
        </w:rPr>
        <w:t>里面还可以配一些 Docker 自己运行时候的配置文件，还有 build 镜像时候用的配置。</w:t>
      </w:r>
    </w:p>
    <w:p>
      <w:pPr>
        <w:pStyle w:val="Heading3"/>
      </w:pPr>
      <w:r>
        <w:rPr>
          <w:rFonts w:ascii="PingFang SC" w:hAnsi="PingFang SC" w:eastAsia="PingFang SC" w:cs="PingFang SC"/>
        </w:rPr>
        <w:t>Kubernetes 和其他设置</w:t>
      </w:r>
    </w:p>
    <w:p>
      <w:pPr>
        <w:ind w:firstLine="454"/>
      </w:pPr>
      <w:r>
        <w:rPr>
          <w:rFonts w:ascii="PingFang SC" w:hAnsi="PingFang SC" w:eastAsia="PingFang SC" w:cs="PingFang SC"/>
        </w:rPr>
        <w:t xml:space="preserve">这个就是 </w:t>
      </w:r>
      <w:r>
        <w:rPr>
          <w:rFonts w:ascii="PingFang SC" w:hAnsi="PingFang SC" w:eastAsia="PingFang SC" w:cs="PingFang SC"/>
          <w:b/>
        </w:rPr>
        <w:t>Kubernetes</w:t>
      </w:r>
      <w:r>
        <w:rPr>
          <w:rFonts w:ascii="PingFang SC" w:hAnsi="PingFang SC" w:eastAsia="PingFang SC" w:cs="PingFang SC"/>
        </w:rPr>
        <w:t>，如果打开的话，它就会默认启动一个单节点的 Kubernetes 集群。</w:t>
      </w:r>
    </w:p>
    <w:p>
      <w:pPr>
        <w:ind w:firstLine="454"/>
      </w:pPr>
      <w:r>
        <w:rPr>
          <w:rFonts w:ascii="PingFang SC" w:hAnsi="PingFang SC" w:eastAsia="PingFang SC" w:cs="PingFang SC"/>
        </w:rPr>
        <w:t>软件更新一般可以把它关了，没啥好更的。然后还有一些 Docker 的扩展程序，但我没有用到过。</w:t>
      </w:r>
    </w:p>
    <w:p>
      <w:pPr>
        <w:ind w:firstLine="454"/>
      </w:pPr>
      <w:r>
        <w:rPr>
          <w:rFonts w:ascii="PingFang SC" w:hAnsi="PingFang SC" w:eastAsia="PingFang SC" w:cs="PingFang SC"/>
        </w:rPr>
        <w:t xml:space="preserve">还有一个跟部署有关的功能——就是你的应用已经上线了，很多人在用了，这个时候如果你想加一些新功能需要测试的话，它就会给你单独开一个 </w:t>
      </w:r>
      <w:r>
        <w:rPr>
          <w:rFonts w:ascii="PingFang SC" w:hAnsi="PingFang SC" w:eastAsia="PingFang SC" w:cs="PingFang SC"/>
          <w:b/>
        </w:rPr>
        <w:t>Development Environment</w:t>
      </w:r>
      <w:r>
        <w:rPr>
          <w:rFonts w:ascii="PingFang SC" w:hAnsi="PingFang SC" w:eastAsia="PingFang SC" w:cs="PingFang SC"/>
        </w:rPr>
        <w:t>，你可以在这个单独的环境里面做一些测试或者开发，就不会影响到你已经上线的那个服务。</w:t>
      </w:r>
    </w:p>
    <w:p>
      <w:pPr>
        <w:ind w:firstLine="454"/>
      </w:pPr>
      <w:r>
        <w:rPr>
          <w:rFonts w:ascii="PingFang SC" w:hAnsi="PingFang SC" w:eastAsia="PingFang SC" w:cs="PingFang SC"/>
        </w:rPr>
        <w:t>通知开不开就随你了。</w:t>
      </w:r>
    </w:p>
    <w:p>
      <w:pPr>
        <w:spacing w:before="160" w:after="160"/>
        <w:jc w:val="center"/>
      </w:pPr>
      <w:r>
        <w:rPr>
          <w:rFonts w:ascii="PingFang SC" w:hAnsi="PingFang SC" w:eastAsia="PingFang SC" w:cs="PingFang SC"/>
          <w:color w:val="CCCCCC"/>
          <w:sz w:val="20"/>
        </w:rPr>
        <w:t>──────────────────────────────</w:t>
      </w:r>
    </w:p>
    <w:p>
      <w:pPr>
        <w:pStyle w:val="Heading2"/>
      </w:pPr>
      <w:r>
        <w:rPr>
          <w:rFonts w:ascii="PingFang SC" w:hAnsi="PingFang SC" w:eastAsia="PingFang SC" w:cs="PingFang SC"/>
        </w:rPr>
        <w:t>镜像加速配置</w:t>
      </w:r>
    </w:p>
    <w:p>
      <w:pPr>
        <w:ind w:firstLine="454"/>
      </w:pPr>
      <w:r>
        <w:rPr>
          <w:rFonts w:ascii="PingFang SC" w:hAnsi="PingFang SC" w:eastAsia="PingFang SC" w:cs="PingFang SC"/>
        </w:rPr>
        <w:t>然后 Docker 基本上最大的一个问题，就是它</w:t>
      </w:r>
      <w:r>
        <w:rPr>
          <w:rFonts w:ascii="PingFang SC" w:hAnsi="PingFang SC" w:eastAsia="PingFang SC" w:cs="PingFang SC"/>
          <w:b/>
        </w:rPr>
        <w:t>下载东西很慢很慢</w:t>
      </w:r>
      <w:r>
        <w:rPr>
          <w:rFonts w:ascii="PingFang SC" w:hAnsi="PingFang SC" w:eastAsia="PingFang SC" w:cs="PingFang SC"/>
        </w:rPr>
        <w:t>。因为下载镜像源基本上都是从国外的网站上面下载的，所以就会很慢。</w:t>
      </w:r>
    </w:p>
    <w:p>
      <w:pPr>
        <w:ind w:firstLine="454"/>
      </w:pPr>
      <w:r>
        <w:rPr>
          <w:rFonts w:ascii="PingFang SC" w:hAnsi="PingFang SC" w:eastAsia="PingFang SC" w:cs="PingFang SC"/>
        </w:rPr>
        <w:t>这个时候我会介绍好几个解决办法。</w:t>
      </w:r>
    </w:p>
    <w:p>
      <w:pPr>
        <w:pStyle w:val="Heading3"/>
      </w:pPr>
      <w:r>
        <w:rPr>
          <w:rFonts w:ascii="PingFang SC" w:hAnsi="PingFang SC" w:eastAsia="PingFang SC" w:cs="PingFang SC"/>
        </w:rPr>
        <w:t>方法一：配置国内镜像源</w:t>
      </w:r>
    </w:p>
    <w:p>
      <w:pPr>
        <w:ind w:firstLine="454"/>
      </w:pPr>
      <w:r>
        <w:rPr>
          <w:rFonts w:ascii="PingFang SC" w:hAnsi="PingFang SC" w:eastAsia="PingFang SC" w:cs="PingFang SC"/>
        </w:rPr>
        <w:t>最常用的办法就是你去配一下镜像源，让它从国内的网站下载。点设置，然后把那一段配置复制进去，加到 config file 里面就可以了。</w:t>
      </w:r>
    </w:p>
    <w:p>
      <w:pPr>
        <w:ind w:firstLine="454"/>
      </w:pPr>
      <w:r>
        <w:rPr>
          <w:rFonts w:ascii="PingFang SC" w:hAnsi="PingFang SC" w:eastAsia="PingFang SC" w:cs="PingFang SC"/>
        </w:rPr>
        <w:t xml:space="preserve">但有的时候你这个源失效了，覆盖不到。这个时候还有一个办法，就是去一个 </w:t>
      </w:r>
      <w:r>
        <w:rPr>
          <w:rFonts w:ascii="PingFang SC" w:hAnsi="PingFang SC" w:eastAsia="PingFang SC" w:cs="PingFang SC"/>
          <w:b/>
        </w:rPr>
        <w:t>GitHub 仓库</w:t>
      </w:r>
      <w:r>
        <w:rPr>
          <w:rFonts w:ascii="PingFang SC" w:hAnsi="PingFang SC" w:eastAsia="PingFang SC" w:cs="PingFang SC"/>
        </w:rPr>
        <w:t>，它里面维护了很多现在可以用的镜像源，你把这些东西复制到配置里面来就可以了。基本上这样子就可以下载所有的镜像了。</w:t>
      </w:r>
    </w:p>
    <w:p>
      <w:pPr>
        <w:pStyle w:val="Heading3"/>
      </w:pPr>
      <w:r>
        <w:rPr>
          <w:rFonts w:ascii="PingFang SC" w:hAnsi="PingFang SC" w:eastAsia="PingFang SC" w:cs="PingFang SC"/>
        </w:rPr>
        <w:t>方法二：使用代理</w:t>
      </w:r>
    </w:p>
    <w:p>
      <w:pPr>
        <w:ind w:firstLine="454"/>
      </w:pPr>
      <w:r>
        <w:rPr>
          <w:rFonts w:ascii="PingFang SC" w:hAnsi="PingFang SC" w:eastAsia="PingFang SC" w:cs="PingFang SC"/>
        </w:rPr>
        <w:t>但是还是会有一些奇怪的东西你下载不到，这个时候就用一下代理，非常简单粗暴。</w:t>
      </w:r>
    </w:p>
    <w:p>
      <w:pPr>
        <w:ind w:firstLine="454"/>
      </w:pPr>
      <w:r>
        <w:rPr>
          <w:rFonts w:ascii="PingFang SC" w:hAnsi="PingFang SC" w:eastAsia="PingFang SC" w:cs="PingFang SC"/>
        </w:rPr>
        <w:t>代理服务器要从哪里找呢？首先你要把你的代理工具打开，然后在代理服务器设置这里，有一个"使用代理服务器"，基本上你的代理客户端已经帮你把代理地址配好了，你只要复制拿过来用就可以了。</w:t>
      </w:r>
    </w:p>
    <w:p>
      <w:pPr>
        <w:pStyle w:val="Quote"/>
      </w:pPr>
      <w:r>
        <w:rPr>
          <w:rFonts w:ascii="PingFang SC" w:hAnsi="PingFang SC" w:eastAsia="PingFang SC" w:cs="PingFang SC"/>
        </w:rPr>
        <w:t>基本上这些东西全配好了之后，你下任何的镜像都很快。</w:t>
      </w:r>
    </w:p>
    <w:p>
      <w:pPr>
        <w:spacing w:before="160" w:after="160"/>
        <w:jc w:val="center"/>
      </w:pPr>
      <w:r>
        <w:rPr>
          <w:rFonts w:ascii="PingFang SC" w:hAnsi="PingFang SC" w:eastAsia="PingFang SC" w:cs="PingFang SC"/>
          <w:color w:val="CCCCCC"/>
          <w:sz w:val="20"/>
        </w:rPr>
        <w:t>──────────────────────────────</w:t>
      </w:r>
    </w:p>
    <w:p>
      <w:pPr>
        <w:pStyle w:val="Heading2"/>
      </w:pPr>
      <w:r>
        <w:rPr>
          <w:rFonts w:ascii="PingFang SC" w:hAnsi="PingFang SC" w:eastAsia="PingFang SC" w:cs="PingFang SC"/>
        </w:rPr>
        <w:t>验证测试</w:t>
      </w:r>
    </w:p>
    <w:p>
      <w:pPr>
        <w:ind w:firstLine="454"/>
      </w:pPr>
      <w:r>
        <w:rPr>
          <w:rFonts w:ascii="PingFang SC" w:hAnsi="PingFang SC" w:eastAsia="PingFang SC" w:cs="PingFang SC"/>
        </w:rPr>
        <w:t xml:space="preserve">这个时候你可以运行一个简单的测试容器测试一下。运行完了之后，如果你看到了 </w:t>
      </w:r>
      <w:r>
        <w:rPr>
          <w:rFonts w:ascii="PingFang SC" w:hAnsi="PingFang SC" w:eastAsia="PingFang SC" w:cs="PingFang SC"/>
          <w:b/>
        </w:rPr>
        <w:t>Hello from Docker</w:t>
      </w:r>
      <w:r>
        <w:rPr>
          <w:rFonts w:ascii="PingFang SC" w:hAnsi="PingFang SC" w:eastAsia="PingFang SC" w:cs="PingFang SC"/>
        </w:rPr>
        <w:t>，就说明成功了，然后你就可以用了。</w:t>
      </w:r>
    </w:p>
    <w:p>
      <w:pPr>
        <w:ind w:firstLine="454"/>
      </w:pPr>
      <w:r>
        <w:rPr>
          <w:rFonts w:ascii="PingFang SC" w:hAnsi="PingFang SC" w:eastAsia="PingFang SC" w:cs="PingFang SC"/>
        </w:rPr>
        <w:t>Docker 就安装好了！</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80" w:after="160" w:line="384" w:lineRule="auto"/>
    </w:pPr>
    <w:rPr>
      <w:rFonts w:ascii="PingFang SC" w:hAnsi="PingFang SC" w:eastAsia="PingFang SC" w:cs="PingFang SC"/>
      <w:color w:val="333333"/>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360" w:line="312" w:lineRule="auto"/>
      <w:outlineLvl w:val="0"/>
    </w:pPr>
    <w:rPr>
      <w:rFonts w:asciiTheme="majorHAnsi" w:eastAsiaTheme="majorEastAsia" w:hAnsiTheme="majorHAnsi" w:cstheme="majorBidi" w:ascii="PingFang SC" w:hAnsi="PingFang SC" w:eastAsia="PingFang SC" w:cs="PingFang SC"/>
      <w:b/>
      <w:bCs/>
      <w:color w:val="1A1A2E"/>
      <w:sz w:val="48"/>
      <w:szCs w:val="28"/>
    </w:rPr>
  </w:style>
  <w:style w:type="paragraph" w:styleId="Heading2">
    <w:name w:val="heading 2"/>
    <w:basedOn w:val="Normal"/>
    <w:next w:val="Normal"/>
    <w:link w:val="Heading2Char"/>
    <w:uiPriority w:val="9"/>
    <w:unhideWhenUsed/>
    <w:qFormat/>
    <w:rsid w:val="00FC693F"/>
    <w:pPr>
      <w:keepNext/>
      <w:keepLines/>
      <w:spacing w:before="400" w:after="200" w:line="312" w:lineRule="auto"/>
      <w:outlineLvl w:val="1"/>
    </w:pPr>
    <w:rPr>
      <w:rFonts w:asciiTheme="majorHAnsi" w:eastAsiaTheme="majorEastAsia" w:hAnsiTheme="majorHAnsi" w:cstheme="majorBidi" w:ascii="PingFang SC" w:hAnsi="PingFang SC" w:eastAsia="PingFang SC" w:cs="PingFang SC"/>
      <w:b/>
      <w:bCs/>
      <w:color w:val="2C5F8A"/>
      <w:sz w:val="36"/>
      <w:szCs w:val="26"/>
    </w:rPr>
  </w:style>
  <w:style w:type="paragraph" w:styleId="Heading3">
    <w:name w:val="heading 3"/>
    <w:basedOn w:val="Normal"/>
    <w:next w:val="Normal"/>
    <w:link w:val="Heading3Char"/>
    <w:uiPriority w:val="9"/>
    <w:unhideWhenUsed/>
    <w:qFormat/>
    <w:rsid w:val="00FC693F"/>
    <w:pPr>
      <w:keepNext/>
      <w:keepLines/>
      <w:spacing w:before="280" w:after="120" w:line="312" w:lineRule="auto"/>
      <w:outlineLvl w:val="2"/>
    </w:pPr>
    <w:rPr>
      <w:rFonts w:asciiTheme="majorHAnsi" w:eastAsiaTheme="majorEastAsia" w:hAnsiTheme="majorHAnsi" w:cstheme="majorBidi" w:ascii="PingFang SC" w:hAnsi="PingFang SC" w:eastAsia="PingFang SC" w:cs="PingFang SC"/>
      <w:b/>
      <w:bCs/>
      <w:color w:val="444444"/>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20" w:after="120" w:line="360" w:lineRule="auto"/>
      <w:ind w:left="567"/>
    </w:pPr>
    <w:rPr>
      <w:rFonts w:ascii="PingFang SC" w:hAnsi="PingFang SC" w:eastAsia="PingFang SC" w:cs="PingFang SC"/>
      <w:i/>
      <w:iCs/>
      <w:color w:val="666666"/>
      <w:sz w:val="26"/>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